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בונים חידה – דף תכנון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להכיר את דרכי הבנייה של חידת תמונה ולתכנן חידה מקורית.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כל השכבות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https://makom-baaretz-chidot.sites.tab.bot/orech.html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אחרי התכנון התלמידים בונים את החידה בעורך שבאתר ושולחים קישור לחברים.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בחלק ג׳ יש יותר מתשובה אחת נכונה.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העובדות על המקומות לקוחות מתוך האתר עצמו (כרטיס "הידעתם?" של כל חידה). כל המקומות בתוך הקו הירוק.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באתר כל עובדות "הידעתם?" מסומנות לבדיקה – כדאי לעבור עליהן לפני השיעור.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השלבים של בונה החידות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בוחרים מקום בארץ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מחלקים את השם לחלקים שאפשר לצייר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שאי אפשר לצייר – כותבים באותיות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מציירים או בוחרים תמונה לכל חלק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מנסים את החידה על חבר או חברה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משתפים את החידה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איזו דרך זו?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 – צירוף מילים שלמות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מילה + אותיות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 – סמיכות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 – חיסור אות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מספר במקום מילה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צורת זוגי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 – צליל דומה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ראשי תיבות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מפרקים שם לחלקים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בת ים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בת | ים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חורפיש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חורף | יש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בית שמש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בית | שמש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רמת דוד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רמה | דוד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הערה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קבלו כל פירוק הגיוני; זו הדרך שבאתר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החידה שלי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אישית: חלקים נכונים, ציור ברור, רמז שלא מגלה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🛠️ בונים חידה – דף תכנון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לפני שבונים באתר – מתכננים על הנייר.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השלבים של בונה החידות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מספרו את השלבים לפי הסדר.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מציירים או בוחרים תמונה לכל חלק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שאי אפשר לצייר – כותבים באותיות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בוחרים מקום בארץ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מחלקים את השם לחלקים שאפשר לצייר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מנסים את החידה על חבר או חברה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משתפים את החידה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איזו דרך זו?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בין הדוגמה לבין הדרך שבה בנו את החידה.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ראש + פינה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ראשי תיבות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נהר + יה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צורת זוגי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רמה + גן ← רמת גן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מספר במקום מילה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רהיט − 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מילה + אותיות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באר + 7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 צליל דומה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גבעה + גבעה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ו. סמיכות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אתה ← אתא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ז. חיסור אות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🔥 אש  🕊️ יונה  🍋 לימון  🍎 תפוח ← אילת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ח. צירוף מילים שלמות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מפרקים שם לחלקים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פרקו כל שם לחלקים: מה מציירים ומה כותבים באותיות? (אפשר יותר מתשובה אחת נכונה)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שם המקום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 1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 2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 3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בת 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חורפיש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בית שמש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רמת דוד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החידה שלי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בחרו מקום בארץ (אפשר את היישוב שלכם!) ובנו לו חידת תמונה.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שם המקום: ____________________   החלקים: ______ + ______ + ______</w:t>
      </w:r>
    </w:p>
    <w:tbl>
      <w:tblPr>
        <w:tblW w:type="auto" w:w="0"/>
        <w:tblLook w:firstColumn="1" w:firstRow="1" w:lastColumn="0" w:lastRow="0" w:noHBand="0" w:noVBand="1" w:val="04A0"/>
        <w:tblBorders>
          <w:top w:val="dashed" w:sz="8" w:color="888888"/>
          <w:left w:val="dashed" w:sz="8" w:color="888888"/>
          <w:bottom w:val="dashed" w:sz="8" w:color="888888"/>
          <w:right w:val="dashed" w:sz="8" w:color="888888"/>
          <w:insideH w:val="dashed" w:sz="8" w:color="888888"/>
          <w:insideV w:val="dashed" w:sz="8" w:color="888888"/>
        </w:tblBorders>
      </w:tblPr>
      <w:tblGrid>
        <w:gridCol w:w="10426"/>
      </w:tblGrid>
      <w:tr>
        <w:tc>
          <w:tcPr>
            <w:tcW w:type="dxa" w:w="10426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✏️ ציירו כאן את החידה שלכם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 xml:space="preserve"> 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 xml:space="preserve"> 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 xml:space="preserve"> 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 xml:space="preserve"> 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 xml:space="preserve"> 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 xml:space="preserve"> 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 xml:space="preserve"> 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 xml:space="preserve"> 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 xml:space="preserve"> </w:t>
            </w:r>
          </w:p>
        </w:tc>
      </w:tr>
    </w:tbl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רמז קטן לפותרים: 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המקום שבחרתי לחידה: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הדרך שבה בניתי אותה: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היה קשה בבנייה?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בונים חידה – דף תכנון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