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חידת היום – יומן שבועי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לפתור חידה ביום, לאסוף עובדות על מקומות בארץ ולשקף את הלמידה.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https://makom-baaretz-chidot.sites.tab.bot/yomit.html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לחלק את הדף ביום ראשון ולאסוף ביום חמישי.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את העובדות התלמידים מוצאים באתר, בכרטיס "הידעתם?" של כל חידה.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העובדות על המקומות לקוחות מתוך האתר עצמו (כרטיס "הידעתם?" של כל חידה). כל המקומות בתוך הקו הירוק.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לוודא לפני השיעור: תל אביב – שנת הייסוד 1909 · קריית שמונה – הסבר השם.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יומן חידת היום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יום ראשון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קריית שמונה – השם מנציח שמונה מגיני תל חי.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יום שני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רחובות – מוכרת כמרכז למדע ולחקלאות.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יום שלישי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ראש פינה – שמה לקוח מפסוק בתהילים: "אבן מאסו הבונים היתה לראש פינה".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מקום ועובדה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ידועה בפארק "הגשרים התלויים".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נווה מדבר ליד ים המלח, עם מפלים ובריכות.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המקום הנמוך ביותר על פני היבשה בעולם.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העיר נוסדה ב־1909 על החולות שליד יפו.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שאלות קצרות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עיר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</w:tbl>
    <w:p>
      <w:pPr>
        <w:bidi/>
        <w:jc w:val="right"/>
      </w:pP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השבוע שלי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בחירה ונימוק, שימוש בעובדה מהדף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📅 חידת היום – יומן שבועי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דף לשבוע שלם: חידה אחת בכל יום.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ים המלח  |  תל אביב  |  רחובות  |  קריית שמונה  |  נשר  |  עין גדי  |  ראש פינה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יומן חידת היום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בכל יום פותרים חידה אחת וכותבים עובדה אחת על המקום.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1.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30581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9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3058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📅 יום ראשון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▢▢▢▢▢   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______________________________________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2.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2513455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27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251345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📅 יום שני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______________________________________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8"/>
                <w:rtl/>
                <w:szCs w:val="28"/>
                <w:bCs/>
              </w:rPr>
              <w:t>3.</w:t>
            </w:r>
          </w:p>
          <w:p>
            <w:pPr>
              <w:bidi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2592000" cy="1212545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-1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2000" cy="121254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📅 יום שלישי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30"/>
                <w:rtl/>
                <w:szCs w:val="30"/>
              </w:rPr>
              <w:t>התשובה: ▢▢▢   ▢▢▢▢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🌟 עובדה אחת שגיליתי על המקום (באתר):</w:t>
            </w:r>
          </w:p>
          <w:p>
            <w:pPr>
              <w:bidi/>
              <w:jc w:val="right"/>
            </w:pPr>
            <w:r>
              <w:rPr>
                <w:rFonts w:ascii="Arial" w:hAnsi="Arial" w:cs="Arial"/>
                <w:sz w:val="28"/>
                <w:rtl/>
                <w:szCs w:val="28"/>
              </w:rPr>
              <w:t>______________________________________</w:t>
            </w:r>
          </w:p>
        </w:tc>
        <w:tc>
          <w:tcPr>
            <w:tcW w:type="dxa" w:w="5213"/>
          </w:tcPr>
          <w:p/>
        </w:tc>
      </w:tr>
    </w:tbl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מקום ועובדה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בין המקום לעובדה עליו.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נשר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נווה מדבר ליד ים המלח, עם מפלים ובריכות.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עין גדי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המקום הנמוך ביותר על פני היבשה בעולם.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ים המלח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העיר נוסדה ב־1909 על החולות שליד יפו.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תל אביב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ידועה בפארק "הגשרים התלויים".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איזה סוג מקום הוא קריית שמונה?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מושב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עיר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קיבוץ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איזה סוג מקום הוא רחובות?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מושב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קיבוץ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עיר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3. איזו חידה מהשבוע הייתה הכי קשה? 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השבוע שלי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המקום שהכי רציתם לבקר בו מבין החידות של השבוע, ולמה.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חידת היום – יומן שבועי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