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חידת היום – יומן שבועי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לפתור חידה ביום, לאסוף עובדות על מקומות בארץ ולשקף את הלמידה.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https://makom-baaretz-chidot.sites.tab.bot/yomit.html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לחלק את הדף ביום ראשון ולאסוף ביום חמישי.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את העובדות התלמידים מוצאים באתר, בכרטיס "הידעתם?" של כל חידה.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לפני השיעור: כרמיאל – פסטיבל המחולות "בקיץ".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יומן חידת היום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ראשון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כרמיאל – ידועה בפסטיבל מחולות גדול שנערך בה בקיץ.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שני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ים המלח – המקום הנמוך ביותר על פני היבשה בעולם.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שלישי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גן השלושה – נקרא גם "הסחנה".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יום רביעי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נהריה – הנחל שעובר במרכזה הוא נחל הגעתון.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מקום ועובדה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לידו מדרשת שדה בוקר ונוף על נחל צין.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לידה תל ערד – עיר עתיקה.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יש בה תיאטרון רומי, אמת מים ונמל עתיק.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ידועה בפארק "הגשרים התלויים".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קצרות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אתר טבע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השבוע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ונימוק, שימוש בעובדה מהדף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📅 חידת היום – יומן שבועי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חידה אחת בכל יום.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riddle · загадка · እንቆቅልሽ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יישוב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🏘️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settlement, town · населённый пункт · መንደር /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city · город · ከተማ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קיבוץ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kibbutz · кибуц · ኪቡትዝ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hint · подсказка · ፍንጭ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🔤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letter · буква · ፊደል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word · слово · 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answer · ответ · መልስ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צפון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⬆️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north · север · ሰሜን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מרכז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center · центр · መሃል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דרום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⬇️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south · юг · ደቡብ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map · карта · ካርታ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יומן חידת היום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בכל יום פותרים חידה אחת וכותבים עובדה אחת על המקום.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8854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6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88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ראשון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5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שני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87381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5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8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שלישי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   ▢▢▢▢▢▢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4"/>
                <w:rtl/>
                <w:szCs w:val="24"/>
                <w:bCs/>
              </w:rPr>
              <w:t>4.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3709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7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370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📅 יום רביעי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התשובה: 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4"/>
                <w:rtl/>
                <w:szCs w:val="24"/>
              </w:rPr>
              <w:t>______________________________________</w:t>
            </w:r>
          </w:p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מקום ועובדה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המקום לעובדה עליו.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שדה בוקר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ידועה בפארק "הגשרים התלויים".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ערד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לידו מדרשת שדה בוקר ונוף על נחל צין.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קיסריה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לידה תל ערד – עיר עתיקה.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יש בה תיאטרון רומי, אמת מים ונמל עתיק.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סוג מקום הוא כרמיאל?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מושב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סוג מקום הוא ים המלח?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אתר טבע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קיבוץ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איזו חידה הייתה 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השבוע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לאיזה מקום אתם רוצים לנסוע?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חידת היום – יומן שבועי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